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39620" w14:textId="45041904" w:rsidR="002E50D1" w:rsidRPr="00FA35C5" w:rsidRDefault="002E50D1" w:rsidP="00FA35C5">
      <w:pPr>
        <w:rPr>
          <w:lang w:val="en-AU"/>
        </w:rPr>
      </w:pPr>
      <w:r w:rsidRPr="002E50D1">
        <w:rPr>
          <w:rFonts w:ascii="Segoe UI" w:eastAsia="Times New Roman" w:hAnsi="Segoe UI" w:cs="Segoe UI"/>
          <w:b/>
          <w:bCs/>
          <w:sz w:val="36"/>
          <w:szCs w:val="36"/>
          <w:lang w:val="en-AU" w:eastAsia="en-AU"/>
        </w:rPr>
        <w:t>WATAC Inc – Women and the Australian Church</w:t>
      </w:r>
    </w:p>
    <w:p w14:paraId="14A7977A" w14:textId="39365A34" w:rsidR="009C169D" w:rsidRPr="002E50D1" w:rsidRDefault="009C169D" w:rsidP="009C169D">
      <w:pPr>
        <w:spacing w:before="100" w:beforeAutospacing="1" w:after="100" w:afterAutospacing="1" w:line="300" w:lineRule="atLeast"/>
        <w:outlineLvl w:val="0"/>
        <w:rPr>
          <w:rFonts w:ascii="Segoe UI" w:eastAsia="Times New Roman" w:hAnsi="Segoe UI" w:cs="Segoe UI"/>
          <w:b/>
          <w:bCs/>
          <w:kern w:val="36"/>
          <w:sz w:val="40"/>
          <w:szCs w:val="40"/>
          <w:lang w:val="en-AU" w:eastAsia="en-AU"/>
        </w:rPr>
      </w:pPr>
      <w:r w:rsidRPr="002E50D1">
        <w:rPr>
          <w:rFonts w:ascii="Segoe UI" w:eastAsia="Times New Roman" w:hAnsi="Segoe UI" w:cs="Segoe UI"/>
          <w:b/>
          <w:bCs/>
          <w:kern w:val="36"/>
          <w:sz w:val="40"/>
          <w:szCs w:val="40"/>
          <w:lang w:val="en-AU" w:eastAsia="en-AU"/>
        </w:rPr>
        <w:t>Administration Assistant (Casual/Part</w:t>
      </w:r>
      <w:r w:rsidRPr="002E50D1">
        <w:rPr>
          <w:rFonts w:ascii="Segoe UI" w:eastAsia="Times New Roman" w:hAnsi="Segoe UI" w:cs="Segoe UI"/>
          <w:b/>
          <w:bCs/>
          <w:kern w:val="36"/>
          <w:sz w:val="40"/>
          <w:szCs w:val="40"/>
          <w:lang w:val="en-AU" w:eastAsia="en-AU"/>
        </w:rPr>
        <w:noBreakHyphen/>
        <w:t>Time)</w:t>
      </w:r>
    </w:p>
    <w:p w14:paraId="2AFE336D" w14:textId="77777777" w:rsidR="009C169D" w:rsidRPr="009C169D" w:rsidRDefault="009C169D" w:rsidP="009C169D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WATAC Inc is an ecumenical organisation promoting equality, dignity and justice within the Church through a feminist lens. We are seeking a proactive </w:t>
      </w:r>
      <w:r w:rsidRPr="009C169D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>Administration Assistant</w:t>
      </w: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 to support our President and Committee of Management.</w:t>
      </w:r>
    </w:p>
    <w:p w14:paraId="7507B8FB" w14:textId="77777777" w:rsidR="009C169D" w:rsidRPr="009C169D" w:rsidRDefault="009C169D" w:rsidP="009C169D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>Hours:</w:t>
      </w: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 2–3 per week (variable)</w:t>
      </w: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br/>
      </w:r>
      <w:r w:rsidRPr="009C169D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>Type:</w:t>
      </w: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 Casual / Part</w:t>
      </w: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noBreakHyphen/>
        <w:t>time</w:t>
      </w: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br/>
      </w:r>
      <w:r w:rsidRPr="009C169D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>Location:</w:t>
      </w: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 Flexible / work from home</w:t>
      </w:r>
    </w:p>
    <w:p w14:paraId="445073F6" w14:textId="77777777" w:rsidR="009C169D" w:rsidRPr="009C169D" w:rsidRDefault="009C169D" w:rsidP="009C169D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  <w:lang w:val="en-AU" w:eastAsia="en-AU"/>
        </w:rPr>
      </w:pPr>
      <w:r w:rsidRPr="009C169D">
        <w:rPr>
          <w:rFonts w:ascii="Segoe UI" w:eastAsia="Times New Roman" w:hAnsi="Segoe UI" w:cs="Segoe UI"/>
          <w:b/>
          <w:bCs/>
          <w:sz w:val="36"/>
          <w:szCs w:val="36"/>
          <w:lang w:val="en-AU" w:eastAsia="en-AU"/>
        </w:rPr>
        <w:t>About the Role</w:t>
      </w:r>
    </w:p>
    <w:p w14:paraId="5D7D8B18" w14:textId="77777777" w:rsidR="009C169D" w:rsidRPr="009C169D" w:rsidRDefault="009C169D" w:rsidP="009C169D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You’ll provide administrative, communications and organisational support across events, publications, governance and membership processes.</w:t>
      </w:r>
    </w:p>
    <w:p w14:paraId="344DF2AF" w14:textId="77777777" w:rsidR="009C169D" w:rsidRPr="009C169D" w:rsidRDefault="009C169D" w:rsidP="009C169D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sz w:val="27"/>
          <w:szCs w:val="27"/>
          <w:lang w:val="en-AU" w:eastAsia="en-AU"/>
        </w:rPr>
      </w:pPr>
      <w:r w:rsidRPr="009C169D">
        <w:rPr>
          <w:rFonts w:ascii="Segoe UI" w:eastAsia="Times New Roman" w:hAnsi="Segoe UI" w:cs="Segoe UI"/>
          <w:b/>
          <w:bCs/>
          <w:sz w:val="27"/>
          <w:szCs w:val="27"/>
          <w:lang w:val="en-AU" w:eastAsia="en-AU"/>
        </w:rPr>
        <w:t>Key Tasks</w:t>
      </w:r>
    </w:p>
    <w:p w14:paraId="2D63EAAF" w14:textId="77777777" w:rsidR="009C169D" w:rsidRPr="009C169D" w:rsidRDefault="009C169D" w:rsidP="009C169D">
      <w:pPr>
        <w:numPr>
          <w:ilvl w:val="0"/>
          <w:numId w:val="2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Prepare </w:t>
      </w:r>
      <w:r w:rsidRPr="009C169D">
        <w:rPr>
          <w:rFonts w:ascii="Segoe UI" w:eastAsia="Times New Roman" w:hAnsi="Segoe UI" w:cs="Segoe UI"/>
          <w:i/>
          <w:iCs/>
          <w:sz w:val="21"/>
          <w:szCs w:val="21"/>
          <w:lang w:val="en-AU" w:eastAsia="en-AU"/>
        </w:rPr>
        <w:t>WATAC News</w:t>
      </w: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 and Mailchimp communications</w:t>
      </w:r>
    </w:p>
    <w:p w14:paraId="6D2EFD82" w14:textId="77777777" w:rsidR="009C169D" w:rsidRPr="009C169D" w:rsidRDefault="009C169D" w:rsidP="009C169D">
      <w:pPr>
        <w:numPr>
          <w:ilvl w:val="0"/>
          <w:numId w:val="2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Assist with event coordination and Zoom hosting</w:t>
      </w:r>
    </w:p>
    <w:p w14:paraId="3EC05E6F" w14:textId="77777777" w:rsidR="009C169D" w:rsidRPr="009C169D" w:rsidRDefault="009C169D" w:rsidP="009C169D">
      <w:pPr>
        <w:numPr>
          <w:ilvl w:val="0"/>
          <w:numId w:val="2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Prepare AGM and meeting papers; take minutes</w:t>
      </w:r>
    </w:p>
    <w:p w14:paraId="74F3AC0D" w14:textId="77777777" w:rsidR="009C169D" w:rsidRPr="009C169D" w:rsidRDefault="009C169D" w:rsidP="009C169D">
      <w:pPr>
        <w:numPr>
          <w:ilvl w:val="0"/>
          <w:numId w:val="2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Maintain the membership database and manage renewals</w:t>
      </w:r>
    </w:p>
    <w:p w14:paraId="431C65DC" w14:textId="77777777" w:rsidR="009C169D" w:rsidRPr="009C169D" w:rsidRDefault="009C169D" w:rsidP="009C169D">
      <w:pPr>
        <w:numPr>
          <w:ilvl w:val="0"/>
          <w:numId w:val="2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Update WordPress content and support Facebook communications</w:t>
      </w:r>
    </w:p>
    <w:p w14:paraId="337C7B92" w14:textId="77777777" w:rsidR="009C169D" w:rsidRPr="009C169D" w:rsidRDefault="009C169D" w:rsidP="009C169D">
      <w:pPr>
        <w:numPr>
          <w:ilvl w:val="0"/>
          <w:numId w:val="2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Manage files and administrative records (Google Drive)</w:t>
      </w:r>
    </w:p>
    <w:p w14:paraId="499D50ED" w14:textId="77777777" w:rsidR="009C169D" w:rsidRPr="009C169D" w:rsidRDefault="009C169D" w:rsidP="009C169D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  <w:lang w:val="en-AU" w:eastAsia="en-AU"/>
        </w:rPr>
      </w:pPr>
      <w:r w:rsidRPr="009C169D">
        <w:rPr>
          <w:rFonts w:ascii="Segoe UI" w:eastAsia="Times New Roman" w:hAnsi="Segoe UI" w:cs="Segoe UI"/>
          <w:b/>
          <w:bCs/>
          <w:sz w:val="36"/>
          <w:szCs w:val="36"/>
          <w:lang w:val="en-AU" w:eastAsia="en-AU"/>
        </w:rPr>
        <w:t>What We’re Looking For</w:t>
      </w:r>
    </w:p>
    <w:p w14:paraId="3336797A" w14:textId="77777777" w:rsidR="009C169D" w:rsidRPr="009C169D" w:rsidRDefault="009C169D" w:rsidP="009C169D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>Essential</w:t>
      </w:r>
    </w:p>
    <w:p w14:paraId="4BDF0DF1" w14:textId="77777777" w:rsidR="009C169D" w:rsidRPr="009C169D" w:rsidRDefault="009C169D" w:rsidP="009C169D">
      <w:pPr>
        <w:numPr>
          <w:ilvl w:val="0"/>
          <w:numId w:val="2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Experience in admin or clerical roles</w:t>
      </w:r>
    </w:p>
    <w:p w14:paraId="4726C179" w14:textId="77777777" w:rsidR="009C169D" w:rsidRPr="009C169D" w:rsidRDefault="009C169D" w:rsidP="009C169D">
      <w:pPr>
        <w:numPr>
          <w:ilvl w:val="0"/>
          <w:numId w:val="2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Strong communication and organisational skills</w:t>
      </w:r>
    </w:p>
    <w:p w14:paraId="34D92084" w14:textId="77777777" w:rsidR="009C169D" w:rsidRPr="009C169D" w:rsidRDefault="009C169D" w:rsidP="009C169D">
      <w:pPr>
        <w:numPr>
          <w:ilvl w:val="0"/>
          <w:numId w:val="2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Proficiency with MS Word; familiarity with WordPress, Mailchimp, Zoom and Facebook</w:t>
      </w:r>
    </w:p>
    <w:p w14:paraId="08C12E77" w14:textId="77777777" w:rsidR="009C169D" w:rsidRPr="009C169D" w:rsidRDefault="009C169D" w:rsidP="009C169D">
      <w:pPr>
        <w:numPr>
          <w:ilvl w:val="0"/>
          <w:numId w:val="2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Accurate data management</w:t>
      </w:r>
    </w:p>
    <w:p w14:paraId="76203BC8" w14:textId="77777777" w:rsidR="009C169D" w:rsidRPr="009C169D" w:rsidRDefault="009C169D" w:rsidP="009C169D">
      <w:pPr>
        <w:numPr>
          <w:ilvl w:val="0"/>
          <w:numId w:val="2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Availability for monthly evening meetings + occasional weekends</w:t>
      </w:r>
    </w:p>
    <w:p w14:paraId="4DA25C78" w14:textId="77777777" w:rsidR="009C169D" w:rsidRPr="009C169D" w:rsidRDefault="009C169D" w:rsidP="009C169D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lastRenderedPageBreak/>
        <w:t>Desirable</w:t>
      </w:r>
    </w:p>
    <w:p w14:paraId="68C24853" w14:textId="77777777" w:rsidR="009C169D" w:rsidRPr="009C169D" w:rsidRDefault="009C169D" w:rsidP="009C169D">
      <w:pPr>
        <w:numPr>
          <w:ilvl w:val="0"/>
          <w:numId w:val="2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Understanding of feminist theologies or church structures</w:t>
      </w:r>
    </w:p>
    <w:p w14:paraId="005D851A" w14:textId="77777777" w:rsidR="009C169D" w:rsidRPr="009C169D" w:rsidRDefault="009C169D" w:rsidP="009C169D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  <w:lang w:val="en-AU" w:eastAsia="en-AU"/>
        </w:rPr>
      </w:pPr>
      <w:r w:rsidRPr="009C169D">
        <w:rPr>
          <w:rFonts w:ascii="Segoe UI" w:eastAsia="Times New Roman" w:hAnsi="Segoe UI" w:cs="Segoe UI"/>
          <w:b/>
          <w:bCs/>
          <w:sz w:val="36"/>
          <w:szCs w:val="36"/>
          <w:lang w:val="en-AU" w:eastAsia="en-AU"/>
        </w:rPr>
        <w:t>Conditions</w:t>
      </w:r>
    </w:p>
    <w:p w14:paraId="1EC7EDF8" w14:textId="77777777" w:rsidR="009C169D" w:rsidRPr="009C169D" w:rsidRDefault="009C169D" w:rsidP="009C169D">
      <w:pPr>
        <w:numPr>
          <w:ilvl w:val="0"/>
          <w:numId w:val="2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Casual role under the Clerks – Private Sector Award 2020 (MA000002)</w:t>
      </w:r>
    </w:p>
    <w:p w14:paraId="77010D6C" w14:textId="77777777" w:rsidR="009C169D" w:rsidRPr="009C169D" w:rsidRDefault="009C169D" w:rsidP="009C169D">
      <w:pPr>
        <w:numPr>
          <w:ilvl w:val="0"/>
          <w:numId w:val="2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>Rate:</w:t>
      </w: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 $48.68–$53.33/hr (incl. casual loading)</w:t>
      </w:r>
    </w:p>
    <w:p w14:paraId="7E6CD7A6" w14:textId="50248D6C" w:rsidR="009C169D" w:rsidRPr="009C169D" w:rsidRDefault="002E50D1" w:rsidP="009C169D">
      <w:pPr>
        <w:numPr>
          <w:ilvl w:val="0"/>
          <w:numId w:val="2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>
        <w:rPr>
          <w:rFonts w:ascii="Segoe UI" w:eastAsia="Times New Roman" w:hAnsi="Segoe UI" w:cs="Segoe UI"/>
          <w:sz w:val="21"/>
          <w:szCs w:val="21"/>
          <w:lang w:val="en-AU" w:eastAsia="en-AU"/>
        </w:rPr>
        <w:t>Three</w:t>
      </w:r>
      <w:r w:rsidR="009C169D"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noBreakHyphen/>
        <w:t>month probation</w:t>
      </w:r>
    </w:p>
    <w:p w14:paraId="3099FF68" w14:textId="77777777" w:rsidR="009C169D" w:rsidRPr="009C169D" w:rsidRDefault="009C169D" w:rsidP="009C169D">
      <w:pPr>
        <w:numPr>
          <w:ilvl w:val="0"/>
          <w:numId w:val="2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Must have reliable internet, computer and printer</w:t>
      </w:r>
    </w:p>
    <w:p w14:paraId="1EE7F540" w14:textId="77777777" w:rsidR="009C169D" w:rsidRDefault="009C169D" w:rsidP="009C169D">
      <w:pPr>
        <w:numPr>
          <w:ilvl w:val="0"/>
          <w:numId w:val="2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National Police Check required</w:t>
      </w:r>
    </w:p>
    <w:p w14:paraId="6456378B" w14:textId="7060E028" w:rsidR="00193D02" w:rsidRPr="00193D02" w:rsidRDefault="00193D02" w:rsidP="00193D02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A copy of the position description is available </w:t>
      </w:r>
      <w:hyperlink r:id="rId8" w:history="1">
        <w:r w:rsidRPr="00193D02">
          <w:rPr>
            <w:rStyle w:val="Hyperlink"/>
            <w:rFonts w:ascii="Segoe UI" w:eastAsia="Times New Roman" w:hAnsi="Segoe UI" w:cs="Segoe UI"/>
            <w:sz w:val="21"/>
            <w:szCs w:val="21"/>
            <w:lang w:val="en-AU" w:eastAsia="en-AU"/>
          </w:rPr>
          <w:t>here</w:t>
        </w:r>
      </w:hyperlink>
    </w:p>
    <w:p w14:paraId="43B86221" w14:textId="77777777" w:rsidR="009C169D" w:rsidRPr="009C169D" w:rsidRDefault="009C169D" w:rsidP="009C169D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sz w:val="36"/>
          <w:szCs w:val="36"/>
          <w:lang w:val="en-AU" w:eastAsia="en-AU"/>
        </w:rPr>
      </w:pPr>
      <w:r w:rsidRPr="009C169D">
        <w:rPr>
          <w:rFonts w:ascii="Segoe UI" w:eastAsia="Times New Roman" w:hAnsi="Segoe UI" w:cs="Segoe UI"/>
          <w:b/>
          <w:bCs/>
          <w:sz w:val="36"/>
          <w:szCs w:val="36"/>
          <w:lang w:val="en-AU" w:eastAsia="en-AU"/>
        </w:rPr>
        <w:t>Apply</w:t>
      </w:r>
    </w:p>
    <w:p w14:paraId="08D22962" w14:textId="3CFE908B" w:rsidR="00B17188" w:rsidRDefault="009C169D" w:rsidP="00B17188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Send your </w:t>
      </w:r>
      <w:r w:rsidRPr="009C169D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>CV</w:t>
      </w: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 and a </w:t>
      </w:r>
      <w:r w:rsidRPr="009C169D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>short cover letter</w:t>
      </w:r>
      <w:r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 to:</w:t>
      </w:r>
      <w:r w:rsidR="00B17188"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 </w:t>
      </w:r>
      <w:hyperlink r:id="rId9" w:history="1">
        <w:r w:rsidR="00B17188" w:rsidRPr="002166BE">
          <w:rPr>
            <w:rStyle w:val="Hyperlink"/>
            <w:rFonts w:ascii="Segoe UI" w:eastAsia="Times New Roman" w:hAnsi="Segoe UI" w:cs="Segoe UI"/>
            <w:b/>
            <w:bCs/>
            <w:sz w:val="21"/>
            <w:szCs w:val="21"/>
            <w:lang w:val="en-AU" w:eastAsia="en-AU"/>
          </w:rPr>
          <w:t>Secretary@watac.net.au</w:t>
        </w:r>
      </w:hyperlink>
      <w:r w:rsidR="00B17188"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br/>
      </w:r>
    </w:p>
    <w:p w14:paraId="13996994" w14:textId="61F7DBFA" w:rsidR="009C169D" w:rsidRPr="009C169D" w:rsidRDefault="00B17188" w:rsidP="009C169D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val="en-AU" w:eastAsia="en-AU"/>
        </w:rPr>
      </w:pPr>
      <w:r w:rsidRPr="00FA35C5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 xml:space="preserve">Applications close on Friday, April </w:t>
      </w:r>
      <w:r w:rsidR="00411A39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>24</w:t>
      </w:r>
      <w:r w:rsidR="00FA35C5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>,</w:t>
      </w:r>
      <w:r w:rsidRPr="00FA35C5">
        <w:rPr>
          <w:rFonts w:ascii="Segoe UI" w:eastAsia="Times New Roman" w:hAnsi="Segoe UI" w:cs="Segoe UI"/>
          <w:b/>
          <w:bCs/>
          <w:sz w:val="21"/>
          <w:szCs w:val="21"/>
          <w:lang w:val="en-AU" w:eastAsia="en-AU"/>
        </w:rPr>
        <w:t xml:space="preserve"> 2026.</w:t>
      </w:r>
      <w:r>
        <w:rPr>
          <w:rFonts w:ascii="Segoe UI" w:eastAsia="Times New Roman" w:hAnsi="Segoe UI" w:cs="Segoe UI"/>
          <w:sz w:val="21"/>
          <w:szCs w:val="21"/>
          <w:lang w:val="en-AU" w:eastAsia="en-AU"/>
        </w:rPr>
        <w:t xml:space="preserve">  </w:t>
      </w:r>
      <w:r w:rsidR="009C169D" w:rsidRPr="009C169D">
        <w:rPr>
          <w:rFonts w:ascii="Segoe UI" w:eastAsia="Times New Roman" w:hAnsi="Segoe UI" w:cs="Segoe UI"/>
          <w:sz w:val="21"/>
          <w:szCs w:val="21"/>
          <w:lang w:val="en-AU" w:eastAsia="en-AU"/>
        </w:rPr>
        <w:t>Applications reviewed as received.</w:t>
      </w:r>
    </w:p>
    <w:p w14:paraId="5F0E2414" w14:textId="77777777" w:rsidR="00B17188" w:rsidRDefault="00B17188">
      <w:pPr>
        <w:rPr>
          <w:lang w:val="en-AU"/>
        </w:rPr>
      </w:pPr>
    </w:p>
    <w:p w14:paraId="3BF5B11B" w14:textId="77777777" w:rsidR="00B17188" w:rsidRDefault="00B17188">
      <w:pPr>
        <w:rPr>
          <w:lang w:val="en-AU"/>
        </w:rPr>
      </w:pPr>
    </w:p>
    <w:p w14:paraId="78887FB9" w14:textId="77777777" w:rsidR="00B17188" w:rsidRDefault="00B17188">
      <w:pPr>
        <w:rPr>
          <w:lang w:val="en-AU"/>
        </w:rPr>
      </w:pPr>
    </w:p>
    <w:p w14:paraId="2EE4D2F7" w14:textId="77777777" w:rsidR="00B17188" w:rsidRDefault="00B17188">
      <w:pPr>
        <w:rPr>
          <w:lang w:val="en-AU"/>
        </w:rPr>
      </w:pPr>
    </w:p>
    <w:p w14:paraId="4DB32C66" w14:textId="77777777" w:rsidR="00B17188" w:rsidRDefault="00B17188">
      <w:pPr>
        <w:rPr>
          <w:lang w:val="en-AU"/>
        </w:rPr>
      </w:pPr>
    </w:p>
    <w:p w14:paraId="3D46F841" w14:textId="77777777" w:rsidR="00B17188" w:rsidRDefault="00B17188">
      <w:pPr>
        <w:rPr>
          <w:lang w:val="en-AU"/>
        </w:rPr>
      </w:pPr>
    </w:p>
    <w:p w14:paraId="072AEF2D" w14:textId="77777777" w:rsidR="00411A39" w:rsidRDefault="00411A39" w:rsidP="00FA35C5">
      <w:pPr>
        <w:spacing w:after="0" w:line="240" w:lineRule="auto"/>
        <w:rPr>
          <w:lang w:val="en-AU"/>
        </w:rPr>
      </w:pPr>
    </w:p>
    <w:p w14:paraId="4DDE70D1" w14:textId="77777777" w:rsidR="00411A39" w:rsidRDefault="00411A39" w:rsidP="00FA35C5">
      <w:pPr>
        <w:spacing w:after="0" w:line="240" w:lineRule="auto"/>
        <w:rPr>
          <w:lang w:val="en-AU"/>
        </w:rPr>
      </w:pPr>
    </w:p>
    <w:p w14:paraId="4682CF48" w14:textId="77777777" w:rsidR="00FA35C5" w:rsidRDefault="00FA35C5" w:rsidP="00FA35C5">
      <w:pPr>
        <w:spacing w:after="0" w:line="240" w:lineRule="auto"/>
        <w:rPr>
          <w:lang w:val="en-AU"/>
        </w:rPr>
      </w:pPr>
    </w:p>
    <w:p w14:paraId="534F5FA8" w14:textId="77777777" w:rsidR="00FA35C5" w:rsidRDefault="00FA35C5" w:rsidP="00FA35C5">
      <w:pPr>
        <w:spacing w:after="0" w:line="240" w:lineRule="auto"/>
        <w:rPr>
          <w:lang w:val="en-AU"/>
        </w:rPr>
      </w:pPr>
    </w:p>
    <w:p w14:paraId="1F356D33" w14:textId="7E15A26D" w:rsidR="00FA35C5" w:rsidRDefault="00FA35C5" w:rsidP="00396DA7">
      <w:pPr>
        <w:pBdr>
          <w:top w:val="single" w:sz="4" w:space="0" w:color="auto"/>
        </w:pBdr>
        <w:spacing w:after="0" w:line="240" w:lineRule="auto"/>
        <w:ind w:left="5954" w:hanging="6663"/>
        <w:rPr>
          <w:lang w:val="en-AU"/>
        </w:rPr>
      </w:pPr>
      <w:r>
        <w:rPr>
          <w:lang w:val="en-AU"/>
        </w:rPr>
        <w:t>WATAC Inc – Women and the Australian Church</w:t>
      </w:r>
      <w:r>
        <w:rPr>
          <w:lang w:val="en-AU"/>
        </w:rPr>
        <w:tab/>
      </w:r>
      <w:r>
        <w:rPr>
          <w:lang w:val="en-AU"/>
        </w:rPr>
        <w:tab/>
      </w:r>
      <w:r>
        <w:rPr>
          <w:lang w:val="en-AU"/>
        </w:rPr>
        <w:tab/>
      </w:r>
    </w:p>
    <w:p w14:paraId="53BCE0AC" w14:textId="33ACAC83" w:rsidR="00FA35C5" w:rsidRDefault="00FA35C5" w:rsidP="00396DA7">
      <w:pPr>
        <w:pBdr>
          <w:top w:val="single" w:sz="4" w:space="0" w:color="auto"/>
        </w:pBdr>
        <w:spacing w:after="0" w:line="240" w:lineRule="auto"/>
        <w:ind w:left="5954" w:hanging="6663"/>
        <w:rPr>
          <w:lang w:val="en-AU"/>
        </w:rPr>
      </w:pPr>
      <w:r>
        <w:rPr>
          <w:lang w:val="en-AU"/>
        </w:rPr>
        <w:t>ABN: 83 850 328 569   P O Box 952 Petersham NSW 2049</w:t>
      </w:r>
    </w:p>
    <w:p w14:paraId="071B70FF" w14:textId="77777777" w:rsidR="00FA35C5" w:rsidRDefault="00FA35C5" w:rsidP="00396DA7">
      <w:pPr>
        <w:pBdr>
          <w:top w:val="single" w:sz="4" w:space="0" w:color="auto"/>
        </w:pBdr>
        <w:spacing w:after="0" w:line="240" w:lineRule="auto"/>
        <w:ind w:left="5954" w:hanging="6663"/>
        <w:rPr>
          <w:lang w:val="en-AU"/>
        </w:rPr>
      </w:pPr>
      <w:r>
        <w:rPr>
          <w:lang w:val="en-AU"/>
        </w:rPr>
        <w:t xml:space="preserve">ARBN: 655 965 450   Registered office 8 Station St., Petersham NSW 2049 </w:t>
      </w:r>
    </w:p>
    <w:p w14:paraId="75727CD6" w14:textId="25779C4D" w:rsidR="00195F59" w:rsidRDefault="00FA35C5" w:rsidP="00396DA7">
      <w:pPr>
        <w:pBdr>
          <w:top w:val="single" w:sz="4" w:space="0" w:color="auto"/>
        </w:pBdr>
        <w:spacing w:after="0" w:line="240" w:lineRule="auto"/>
        <w:ind w:left="5954" w:hanging="6663"/>
      </w:pPr>
      <w:r>
        <w:rPr>
          <w:lang w:val="en-AU"/>
        </w:rPr>
        <w:t>Website: https://watac.net.au</w:t>
      </w:r>
    </w:p>
    <w:sectPr w:rsidR="00195F59" w:rsidSect="00034616">
      <w:headerReference w:type="default" r:id="rId10"/>
      <w:footerReference w:type="default" r:id="rId11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07556" w14:textId="77777777" w:rsidR="00FA613A" w:rsidRDefault="00FA613A">
      <w:pPr>
        <w:spacing w:after="0" w:line="240" w:lineRule="auto"/>
      </w:pPr>
      <w:r>
        <w:separator/>
      </w:r>
    </w:p>
  </w:endnote>
  <w:endnote w:type="continuationSeparator" w:id="0">
    <w:p w14:paraId="53C053CD" w14:textId="77777777" w:rsidR="00FA613A" w:rsidRDefault="00FA61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45FB8" w14:textId="77777777" w:rsidR="00195F59" w:rsidRDefault="00000000">
    <w:pPr>
      <w:pStyle w:val="Footer"/>
      <w:jc w:val="center"/>
    </w:pPr>
    <w:r>
      <w:t>Version: March 2026 • Approved by: WATAC Committee of Management • Next review: March 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B8A72" w14:textId="77777777" w:rsidR="00FA613A" w:rsidRDefault="00FA613A">
      <w:pPr>
        <w:spacing w:after="0" w:line="240" w:lineRule="auto"/>
      </w:pPr>
      <w:r>
        <w:separator/>
      </w:r>
    </w:p>
  </w:footnote>
  <w:footnote w:type="continuationSeparator" w:id="0">
    <w:p w14:paraId="16262800" w14:textId="77777777" w:rsidR="00FA613A" w:rsidRDefault="00FA61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2C1B4" w14:textId="7F12AD81" w:rsidR="00195F59" w:rsidRPr="008A58E2" w:rsidRDefault="008A58E2" w:rsidP="008A58E2">
    <w:pPr>
      <w:pStyle w:val="Header"/>
      <w:jc w:val="center"/>
    </w:pPr>
    <w:r>
      <w:rPr>
        <w:noProof/>
      </w:rPr>
      <w:drawing>
        <wp:inline distT="0" distB="0" distL="0" distR="0" wp14:anchorId="0A972CB8" wp14:editId="2DA04528">
          <wp:extent cx="1123950" cy="1123950"/>
          <wp:effectExtent l="0" t="0" r="0" b="0"/>
          <wp:docPr id="86217751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2177510" name="Picture 8621775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123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AFD885E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5667FD"/>
    <w:multiLevelType w:val="multilevel"/>
    <w:tmpl w:val="29B8C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8CA541B"/>
    <w:multiLevelType w:val="multilevel"/>
    <w:tmpl w:val="C3066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6E60E6"/>
    <w:multiLevelType w:val="multilevel"/>
    <w:tmpl w:val="2260F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9D5237E"/>
    <w:multiLevelType w:val="multilevel"/>
    <w:tmpl w:val="87A8A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F540374"/>
    <w:multiLevelType w:val="multilevel"/>
    <w:tmpl w:val="62165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A96CF8"/>
    <w:multiLevelType w:val="multilevel"/>
    <w:tmpl w:val="479CA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E6516E"/>
    <w:multiLevelType w:val="multilevel"/>
    <w:tmpl w:val="80E68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1BA582B"/>
    <w:multiLevelType w:val="multilevel"/>
    <w:tmpl w:val="3EE40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7E3C57"/>
    <w:multiLevelType w:val="multilevel"/>
    <w:tmpl w:val="06C4E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4161FAB"/>
    <w:multiLevelType w:val="multilevel"/>
    <w:tmpl w:val="31C25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ECE3C80"/>
    <w:multiLevelType w:val="multilevel"/>
    <w:tmpl w:val="73D07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1A0D43"/>
    <w:multiLevelType w:val="multilevel"/>
    <w:tmpl w:val="DA8EF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BE10F2"/>
    <w:multiLevelType w:val="multilevel"/>
    <w:tmpl w:val="79B21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A393263"/>
    <w:multiLevelType w:val="multilevel"/>
    <w:tmpl w:val="95EAC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2754680">
    <w:abstractNumId w:val="8"/>
  </w:num>
  <w:num w:numId="2" w16cid:durableId="117528701">
    <w:abstractNumId w:val="6"/>
  </w:num>
  <w:num w:numId="3" w16cid:durableId="193158213">
    <w:abstractNumId w:val="5"/>
  </w:num>
  <w:num w:numId="4" w16cid:durableId="1093041719">
    <w:abstractNumId w:val="4"/>
  </w:num>
  <w:num w:numId="5" w16cid:durableId="1380857683">
    <w:abstractNumId w:val="7"/>
  </w:num>
  <w:num w:numId="6" w16cid:durableId="200553929">
    <w:abstractNumId w:val="3"/>
  </w:num>
  <w:num w:numId="7" w16cid:durableId="668869911">
    <w:abstractNumId w:val="2"/>
  </w:num>
  <w:num w:numId="8" w16cid:durableId="143015655">
    <w:abstractNumId w:val="1"/>
  </w:num>
  <w:num w:numId="9" w16cid:durableId="1522551021">
    <w:abstractNumId w:val="0"/>
  </w:num>
  <w:num w:numId="10" w16cid:durableId="162666617">
    <w:abstractNumId w:val="11"/>
  </w:num>
  <w:num w:numId="11" w16cid:durableId="1281959543">
    <w:abstractNumId w:val="12"/>
  </w:num>
  <w:num w:numId="12" w16cid:durableId="1384522215">
    <w:abstractNumId w:val="20"/>
  </w:num>
  <w:num w:numId="13" w16cid:durableId="1128858517">
    <w:abstractNumId w:val="18"/>
  </w:num>
  <w:num w:numId="14" w16cid:durableId="1590193532">
    <w:abstractNumId w:val="14"/>
  </w:num>
  <w:num w:numId="15" w16cid:durableId="788936073">
    <w:abstractNumId w:val="21"/>
  </w:num>
  <w:num w:numId="16" w16cid:durableId="943074280">
    <w:abstractNumId w:val="9"/>
  </w:num>
  <w:num w:numId="17" w16cid:durableId="679357423">
    <w:abstractNumId w:val="16"/>
  </w:num>
  <w:num w:numId="18" w16cid:durableId="44722804">
    <w:abstractNumId w:val="15"/>
  </w:num>
  <w:num w:numId="19" w16cid:durableId="874125378">
    <w:abstractNumId w:val="17"/>
  </w:num>
  <w:num w:numId="20" w16cid:durableId="1474375269">
    <w:abstractNumId w:val="22"/>
  </w:num>
  <w:num w:numId="21" w16cid:durableId="1177882950">
    <w:abstractNumId w:val="10"/>
  </w:num>
  <w:num w:numId="22" w16cid:durableId="918290598">
    <w:abstractNumId w:val="19"/>
  </w:num>
  <w:num w:numId="23" w16cid:durableId="210953927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CDA"/>
    <w:rsid w:val="00034616"/>
    <w:rsid w:val="0006063C"/>
    <w:rsid w:val="0015074B"/>
    <w:rsid w:val="00156110"/>
    <w:rsid w:val="00193D02"/>
    <w:rsid w:val="00195F59"/>
    <w:rsid w:val="001D6981"/>
    <w:rsid w:val="0029639D"/>
    <w:rsid w:val="002E50D1"/>
    <w:rsid w:val="00326F90"/>
    <w:rsid w:val="0035427D"/>
    <w:rsid w:val="00364C35"/>
    <w:rsid w:val="00396DA7"/>
    <w:rsid w:val="00411A39"/>
    <w:rsid w:val="00533E1E"/>
    <w:rsid w:val="00861326"/>
    <w:rsid w:val="008A58E2"/>
    <w:rsid w:val="00997A8D"/>
    <w:rsid w:val="009C169D"/>
    <w:rsid w:val="00A63B02"/>
    <w:rsid w:val="00AA1D8D"/>
    <w:rsid w:val="00B17188"/>
    <w:rsid w:val="00B47730"/>
    <w:rsid w:val="00B87C27"/>
    <w:rsid w:val="00BF26A2"/>
    <w:rsid w:val="00CB0664"/>
    <w:rsid w:val="00CC67B1"/>
    <w:rsid w:val="00DA2483"/>
    <w:rsid w:val="00F23525"/>
    <w:rsid w:val="00F25266"/>
    <w:rsid w:val="00F968BA"/>
    <w:rsid w:val="00FA35C5"/>
    <w:rsid w:val="00FA59F6"/>
    <w:rsid w:val="00FA613A"/>
    <w:rsid w:val="00FC693F"/>
    <w:rsid w:val="00FE1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92DFCB5"/>
  <w14:defaultImageDpi w14:val="300"/>
  <w15:docId w15:val="{D78261E3-E73B-4F24-AFF0-BE231CA3A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7188"/>
    <w:rPr>
      <w:rFonts w:ascii="Calibri" w:eastAsia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A1B9A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695C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9C169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169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3D0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Position%20description%20Admin%20assistant%20March%202026.doc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ecretary@watac.net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259</Words>
  <Characters>1626</Characters>
  <Application>Microsoft Office Word</Application>
  <DocSecurity>0</DocSecurity>
  <Lines>53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Mark McLaren</cp:lastModifiedBy>
  <cp:revision>8</cp:revision>
  <dcterms:created xsi:type="dcterms:W3CDTF">2026-03-13T05:17:00Z</dcterms:created>
  <dcterms:modified xsi:type="dcterms:W3CDTF">2026-04-07T06:05:00Z</dcterms:modified>
  <cp:category/>
</cp:coreProperties>
</file>